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06FA4" w14:textId="22408096" w:rsidR="00070831" w:rsidRDefault="00A87B59">
      <w:pPr>
        <w:jc w:val="right"/>
      </w:pPr>
      <w:r>
        <w:rPr>
          <w:i/>
          <w:sz w:val="18"/>
        </w:rPr>
        <w:t xml:space="preserve">OPĆINA </w:t>
      </w:r>
      <w:r w:rsidR="00C50E46">
        <w:rPr>
          <w:i/>
          <w:sz w:val="18"/>
        </w:rPr>
        <w:t>C</w:t>
      </w:r>
      <w:r w:rsidR="00B9765A">
        <w:rPr>
          <w:i/>
          <w:sz w:val="18"/>
        </w:rPr>
        <w:t>IVLJANE</w:t>
      </w:r>
      <w:r>
        <w:rPr>
          <w:i/>
          <w:sz w:val="18"/>
        </w:rPr>
        <w:br/>
      </w:r>
      <w:r w:rsidR="00C50E46">
        <w:rPr>
          <w:i/>
          <w:sz w:val="18"/>
        </w:rPr>
        <w:t xml:space="preserve">Kod doma 3 </w:t>
      </w:r>
      <w:r w:rsidR="00671D56">
        <w:rPr>
          <w:i/>
          <w:sz w:val="18"/>
        </w:rPr>
        <w:t xml:space="preserve">Civljane </w:t>
      </w:r>
      <w:r>
        <w:rPr>
          <w:i/>
          <w:sz w:val="18"/>
        </w:rPr>
        <w:t>, 22310 Kijevo</w:t>
      </w:r>
      <w:r>
        <w:rPr>
          <w:i/>
          <w:sz w:val="18"/>
        </w:rPr>
        <w:br/>
        <w:t>Predmet: Pomoć za ogrjev (2026. godina)</w:t>
      </w:r>
    </w:p>
    <w:p w14:paraId="2917EA74" w14:textId="77777777" w:rsidR="00070831" w:rsidRDefault="00A87B59">
      <w:r>
        <w:br/>
      </w:r>
    </w:p>
    <w:p w14:paraId="158A31FE" w14:textId="77777777" w:rsidR="00070831" w:rsidRDefault="00A87B59">
      <w:pPr>
        <w:jc w:val="center"/>
      </w:pPr>
      <w:r>
        <w:rPr>
          <w:b/>
          <w:sz w:val="28"/>
        </w:rPr>
        <w:t>I Z J A V A</w:t>
      </w:r>
      <w:r>
        <w:rPr>
          <w:b/>
          <w:sz w:val="28"/>
        </w:rPr>
        <w:br/>
        <w:t>o grijanju na drva</w:t>
      </w:r>
    </w:p>
    <w:p w14:paraId="71ACAC8B" w14:textId="77777777" w:rsidR="00070831" w:rsidRDefault="00A87B59">
      <w:r>
        <w:br/>
      </w:r>
    </w:p>
    <w:p w14:paraId="08645772" w14:textId="042FFEDE" w:rsidR="00070831" w:rsidRDefault="00A87B59">
      <w:pPr>
        <w:spacing w:line="360" w:lineRule="auto"/>
      </w:pPr>
      <w:r>
        <w:t xml:space="preserve">Ja, </w:t>
      </w:r>
      <w:r>
        <w:rPr>
          <w:b/>
        </w:rPr>
        <w:t>___________________________________________</w:t>
      </w:r>
      <w:r>
        <w:t xml:space="preserve"> (ime i prezime),</w:t>
      </w:r>
      <w:r>
        <w:br/>
      </w:r>
      <w:r>
        <w:br/>
        <w:t xml:space="preserve">iz </w:t>
      </w:r>
      <w:r>
        <w:rPr>
          <w:b/>
        </w:rPr>
        <w:t>___________________________________________</w:t>
      </w:r>
      <w:r>
        <w:t xml:space="preserve"> (adresa prebivališta/stanovanja),</w:t>
      </w:r>
      <w:r>
        <w:br/>
      </w:r>
      <w:r>
        <w:br/>
        <w:t xml:space="preserve">OIB: </w:t>
      </w:r>
      <w:r>
        <w:rPr>
          <w:b/>
        </w:rPr>
        <w:t>_______________________</w:t>
      </w:r>
      <w:r>
        <w:t>, broj mobitela/telefona: _______________________</w:t>
      </w:r>
      <w:r>
        <w:br/>
      </w:r>
      <w:r>
        <w:br/>
        <w:t xml:space="preserve">pod kaznenom i materijalnom odgovornošću </w:t>
      </w:r>
      <w:r>
        <w:rPr>
          <w:b/>
        </w:rPr>
        <w:t>izjavljujem da sam korisnik zajamčene minimalne naknade koji se grije na drva</w:t>
      </w:r>
      <w:r>
        <w:t>.</w:t>
      </w:r>
      <w:r>
        <w:br/>
      </w:r>
      <w:r>
        <w:br/>
        <w:t xml:space="preserve">Ova Izjava daje se isključivo u svrhu stjecanja prava na podmirenje troškova ogrjeva kod </w:t>
      </w:r>
      <w:r>
        <w:rPr>
          <w:b/>
        </w:rPr>
        <w:t xml:space="preserve">Općine </w:t>
      </w:r>
      <w:r w:rsidR="00BF0C27">
        <w:rPr>
          <w:b/>
        </w:rPr>
        <w:t>Civljane</w:t>
      </w:r>
      <w:r>
        <w:t xml:space="preserve"> za 2026. godinu, sukladno Javnom pozivu, te se u druge svrhe ne može koristiti.</w:t>
      </w:r>
      <w:r>
        <w:br/>
      </w:r>
      <w:r>
        <w:br/>
        <w:t>Upoznat/a sam da davanje lažnih podataka u ovoj Izjavi povlači kaznenu i materijalnu odgovornost.</w:t>
      </w:r>
    </w:p>
    <w:p w14:paraId="0C7B6923" w14:textId="77777777" w:rsidR="00070831" w:rsidRDefault="00A87B59">
      <w:r>
        <w:br/>
      </w:r>
      <w:r>
        <w:br/>
      </w:r>
    </w:p>
    <w:p w14:paraId="757D2A72" w14:textId="0D22F945" w:rsidR="00070831" w:rsidRDefault="00A87B59">
      <w:r>
        <w:t xml:space="preserve">U </w:t>
      </w:r>
      <w:proofErr w:type="gramStart"/>
      <w:r w:rsidR="00BF0C27">
        <w:t xml:space="preserve">Civljanima </w:t>
      </w:r>
      <w:r>
        <w:t>,</w:t>
      </w:r>
      <w:proofErr w:type="gramEnd"/>
      <w:r>
        <w:t xml:space="preserve"> _________________ 2026. godine.</w:t>
      </w:r>
    </w:p>
    <w:p w14:paraId="5DD2433C" w14:textId="77777777" w:rsidR="00070831" w:rsidRDefault="00A87B59">
      <w:r>
        <w:br/>
      </w:r>
      <w:r>
        <w:br/>
      </w:r>
    </w:p>
    <w:p w14:paraId="666A3D52" w14:textId="77777777" w:rsidR="00070831" w:rsidRDefault="00A87B59">
      <w:pPr>
        <w:jc w:val="right"/>
      </w:pPr>
      <w:r>
        <w:t>Vlastoručni potpis korisnika:</w:t>
      </w:r>
      <w:r>
        <w:br/>
      </w:r>
      <w:r>
        <w:br/>
        <w:t>___________________________</w:t>
      </w:r>
    </w:p>
    <w:sectPr w:rsidR="00070831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42812895">
    <w:abstractNumId w:val="8"/>
  </w:num>
  <w:num w:numId="2" w16cid:durableId="1935820744">
    <w:abstractNumId w:val="6"/>
  </w:num>
  <w:num w:numId="3" w16cid:durableId="1599675815">
    <w:abstractNumId w:val="5"/>
  </w:num>
  <w:num w:numId="4" w16cid:durableId="1178690028">
    <w:abstractNumId w:val="4"/>
  </w:num>
  <w:num w:numId="5" w16cid:durableId="541021565">
    <w:abstractNumId w:val="7"/>
  </w:num>
  <w:num w:numId="6" w16cid:durableId="412826181">
    <w:abstractNumId w:val="3"/>
  </w:num>
  <w:num w:numId="7" w16cid:durableId="1855268143">
    <w:abstractNumId w:val="2"/>
  </w:num>
  <w:num w:numId="8" w16cid:durableId="52319678">
    <w:abstractNumId w:val="1"/>
  </w:num>
  <w:num w:numId="9" w16cid:durableId="1382710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0831"/>
    <w:rsid w:val="00125F91"/>
    <w:rsid w:val="0015074B"/>
    <w:rsid w:val="0029639D"/>
    <w:rsid w:val="00326F90"/>
    <w:rsid w:val="00534738"/>
    <w:rsid w:val="00671D56"/>
    <w:rsid w:val="00A87B59"/>
    <w:rsid w:val="00AA1D8D"/>
    <w:rsid w:val="00B47730"/>
    <w:rsid w:val="00B9765A"/>
    <w:rsid w:val="00BF0C27"/>
    <w:rsid w:val="00C50E46"/>
    <w:rsid w:val="00CA368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250F7851-E14C-46C9-8CA1-39A6468D0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Načelnik | Općina Civljane</cp:lastModifiedBy>
  <cp:revision>5</cp:revision>
  <dcterms:created xsi:type="dcterms:W3CDTF">2013-12-23T23:15:00Z</dcterms:created>
  <dcterms:modified xsi:type="dcterms:W3CDTF">2026-10-02T09:00:00Z</dcterms:modified>
  <cp:category/>
</cp:coreProperties>
</file>