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F551" w14:textId="5A2D063E" w:rsidR="008F3EE9" w:rsidRDefault="00000000">
      <w:r>
        <w:rPr>
          <w:b/>
        </w:rPr>
        <w:t xml:space="preserve">OPĆINA </w:t>
      </w:r>
      <w:r w:rsidR="009A59F0">
        <w:rPr>
          <w:b/>
        </w:rPr>
        <w:t>CIVLJANE</w:t>
      </w:r>
      <w:r>
        <w:rPr>
          <w:b/>
        </w:rPr>
        <w:br/>
      </w:r>
      <w:proofErr w:type="spellStart"/>
      <w:r>
        <w:rPr>
          <w:b/>
        </w:rPr>
        <w:t>Jedinstveni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upravni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odjel</w:t>
      </w:r>
      <w:proofErr w:type="spellEnd"/>
      <w:r>
        <w:rPr>
          <w:b/>
        </w:rPr>
        <w:br/>
      </w:r>
      <w:proofErr w:type="spellStart"/>
      <w:r w:rsidR="00A7414E">
        <w:rPr>
          <w:b/>
        </w:rPr>
        <w:t>Kod</w:t>
      </w:r>
      <w:proofErr w:type="spellEnd"/>
      <w:r w:rsidR="00A7414E">
        <w:rPr>
          <w:b/>
        </w:rPr>
        <w:t xml:space="preserve"> </w:t>
      </w:r>
      <w:proofErr w:type="spellStart"/>
      <w:r w:rsidR="00A7414E">
        <w:rPr>
          <w:b/>
        </w:rPr>
        <w:t>doma</w:t>
      </w:r>
      <w:proofErr w:type="spellEnd"/>
      <w:r w:rsidR="00A7414E">
        <w:rPr>
          <w:b/>
        </w:rPr>
        <w:t xml:space="preserve"> 3, </w:t>
      </w:r>
      <w:proofErr w:type="gramStart"/>
      <w:r w:rsidR="00A7414E">
        <w:rPr>
          <w:b/>
        </w:rPr>
        <w:t xml:space="preserve">Civljane </w:t>
      </w:r>
      <w:r>
        <w:rPr>
          <w:b/>
        </w:rPr>
        <w:t>,</w:t>
      </w:r>
      <w:proofErr w:type="gramEnd"/>
      <w:r>
        <w:rPr>
          <w:b/>
        </w:rPr>
        <w:t xml:space="preserve"> 22310 Kijevo</w:t>
      </w:r>
    </w:p>
    <w:p w14:paraId="7819EC34" w14:textId="77777777" w:rsidR="008F3EE9" w:rsidRDefault="00000000">
      <w:r>
        <w:br/>
      </w:r>
    </w:p>
    <w:p w14:paraId="1587878C" w14:textId="77777777" w:rsidR="008F3EE9" w:rsidRDefault="00000000">
      <w:pPr>
        <w:jc w:val="center"/>
      </w:pPr>
      <w:r>
        <w:rPr>
          <w:b/>
        </w:rPr>
        <w:t>ZAHTJEV ZA OSTVARIVANJE PRAVA NA POMOĆ ZA PODMIRENJE TROŠKOVA OGRJEVA KORISNICIMA ZAJAMČENE MINIMALNE NAKNADE U 2026. GODINI</w:t>
      </w:r>
    </w:p>
    <w:p w14:paraId="0B67B4B1" w14:textId="77777777" w:rsidR="008F3EE9" w:rsidRDefault="00000000">
      <w:r>
        <w:br/>
      </w:r>
    </w:p>
    <w:p w14:paraId="248BB1EF" w14:textId="77777777" w:rsidR="008F3EE9" w:rsidRDefault="00000000">
      <w:r>
        <w:rPr>
          <w:b/>
        </w:rPr>
        <w:t>Podaci o podnositelju zahtjeva:</w:t>
      </w:r>
      <w:r>
        <w:rPr>
          <w:b/>
        </w:rPr>
        <w:br/>
      </w:r>
      <w:r>
        <w:t>Ime i prezime: _____________________________________________________</w:t>
      </w:r>
      <w:r>
        <w:br/>
        <w:t>Adresa prebivališta: _________________________________________________</w:t>
      </w:r>
      <w:r>
        <w:br/>
        <w:t>OIB: _______________________________________________________________</w:t>
      </w:r>
      <w:r>
        <w:br/>
        <w:t>Broj telefona / mobitela: _____________________________________________</w:t>
      </w:r>
      <w:r>
        <w:br/>
      </w:r>
    </w:p>
    <w:p w14:paraId="1E35EA2E" w14:textId="77777777" w:rsidR="008F3EE9" w:rsidRDefault="00000000">
      <w:r>
        <w:br/>
      </w:r>
    </w:p>
    <w:p w14:paraId="76600F07" w14:textId="3AE0A1E8" w:rsidR="008F3EE9" w:rsidRDefault="00000000" w:rsidP="000E0C93">
      <w:pPr>
        <w:jc w:val="both"/>
      </w:pPr>
      <w:r>
        <w:t xml:space="preserve">Molim da mi se sukladno Odluci o kriterijima i mjerilima za financiranje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Općine</w:t>
      </w:r>
      <w:proofErr w:type="spellEnd"/>
      <w:r>
        <w:t xml:space="preserve"> </w:t>
      </w:r>
      <w:r w:rsidR="00A8797F">
        <w:t>Civljane</w:t>
      </w:r>
      <w:r>
        <w:t xml:space="preserve"> </w:t>
      </w:r>
      <w:proofErr w:type="spellStart"/>
      <w:r>
        <w:t>odobri</w:t>
      </w:r>
      <w:proofErr w:type="spellEnd"/>
      <w:r>
        <w:t xml:space="preserve"> </w:t>
      </w:r>
      <w:proofErr w:type="spellStart"/>
      <w:r>
        <w:t>financijska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za podmirenje troškova ogrjeva u 2026. godini, kao korisniku zajamčene minimalne naknade koji se </w:t>
      </w:r>
      <w:proofErr w:type="spellStart"/>
      <w:r>
        <w:t>grije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drva</w:t>
      </w:r>
      <w:proofErr w:type="spellEnd"/>
      <w:r>
        <w:t>.</w:t>
      </w:r>
      <w:r>
        <w:br/>
      </w:r>
      <w:r>
        <w:br/>
      </w:r>
    </w:p>
    <w:p w14:paraId="5E2D7D6C" w14:textId="77777777" w:rsidR="008F3EE9" w:rsidRDefault="00000000">
      <w:r>
        <w:rPr>
          <w:b/>
        </w:rPr>
        <w:t>Uz zahtjev prilažem sljedeću obveznu dokumentaciju:</w:t>
      </w:r>
      <w:r>
        <w:rPr>
          <w:b/>
        </w:rPr>
        <w:br/>
      </w:r>
      <w:r>
        <w:t>1. Potpisanu Izjavu da se kućanstvo grije na drva (pod materijalnom i kaznenom odgovornošću)</w:t>
      </w:r>
      <w:r>
        <w:br/>
        <w:t>2. Presliku važećeg Rješenja o ostvarivanju prava na zajamčenu minimalnu naknadu</w:t>
      </w:r>
      <w:r>
        <w:br/>
        <w:t>3. Presliku kartice bankovnog računa (ili dokument iz banke s vidljivim IBAN-om)</w:t>
      </w:r>
      <w:r>
        <w:br/>
        <w:t>4. *Napomena za zaštićeni račun:* Potvrdu FINA-e o otvaranju zaštićenog računa iz 2026. godine</w:t>
      </w:r>
      <w:r>
        <w:br/>
      </w:r>
    </w:p>
    <w:p w14:paraId="12317812" w14:textId="77777777" w:rsidR="008F3EE9" w:rsidRDefault="00000000">
      <w:r>
        <w:br/>
      </w:r>
      <w:r>
        <w:br/>
      </w:r>
    </w:p>
    <w:p w14:paraId="0ED80A3B" w14:textId="6E1B8E27" w:rsidR="008F3EE9" w:rsidRDefault="00000000">
      <w:r>
        <w:t xml:space="preserve">U </w:t>
      </w:r>
      <w:proofErr w:type="spellStart"/>
      <w:r w:rsidR="001B623C">
        <w:t>Civljanima</w:t>
      </w:r>
      <w:proofErr w:type="spellEnd"/>
      <w:r>
        <w:t xml:space="preserve">, _________________ 2026. godine.      </w:t>
      </w:r>
      <w:r w:rsidR="001B623C">
        <w:t xml:space="preserve">     </w:t>
      </w:r>
      <w:r>
        <w:t xml:space="preserve"> </w:t>
      </w:r>
      <w:r w:rsidR="001B623C">
        <w:t xml:space="preserve">  </w:t>
      </w:r>
      <w:proofErr w:type="spellStart"/>
      <w:r>
        <w:t>Vlastoručni</w:t>
      </w:r>
      <w:proofErr w:type="spellEnd"/>
      <w:r>
        <w:t xml:space="preserve"> 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podnositelja</w:t>
      </w:r>
      <w:proofErr w:type="spellEnd"/>
      <w:r>
        <w:t>:</w:t>
      </w:r>
      <w:r>
        <w:br/>
      </w:r>
      <w:r>
        <w:br/>
        <w:t xml:space="preserve">                                            </w:t>
      </w:r>
      <w:r w:rsidR="001B623C">
        <w:t xml:space="preserve">                                       </w:t>
      </w:r>
      <w:r>
        <w:t xml:space="preserve">  </w:t>
      </w:r>
      <w:r w:rsidR="001B623C">
        <w:t xml:space="preserve">   </w:t>
      </w:r>
      <w:r>
        <w:t>_____________________________</w:t>
      </w:r>
      <w:r>
        <w:br/>
      </w:r>
      <w:r w:rsidR="001B623C">
        <w:t xml:space="preserve">   </w:t>
      </w:r>
    </w:p>
    <w:p w14:paraId="110D3C0C" w14:textId="6AF68EBC" w:rsidR="008F3EE9" w:rsidRDefault="00000000">
      <w:pPr>
        <w:jc w:val="both"/>
      </w:pPr>
      <w:r>
        <w:rPr>
          <w:i/>
        </w:rPr>
        <w:lastRenderedPageBreak/>
        <w:t xml:space="preserve">GDPR PRIVOLA: Potpisom </w:t>
      </w:r>
      <w:proofErr w:type="spellStart"/>
      <w:r>
        <w:rPr>
          <w:i/>
        </w:rPr>
        <w:t>ovog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zahtjeva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dobrovoljno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dajem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privolu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Općini</w:t>
      </w:r>
      <w:proofErr w:type="spellEnd"/>
      <w:r>
        <w:rPr>
          <w:i/>
        </w:rPr>
        <w:t xml:space="preserve"> </w:t>
      </w:r>
      <w:r w:rsidR="009D6AE6">
        <w:rPr>
          <w:i/>
        </w:rPr>
        <w:t>Civljane</w:t>
      </w:r>
      <w:r>
        <w:rPr>
          <w:i/>
        </w:rPr>
        <w:t xml:space="preserve"> da </w:t>
      </w:r>
      <w:proofErr w:type="spellStart"/>
      <w:r>
        <w:rPr>
          <w:i/>
        </w:rPr>
        <w:t>moje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osobne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podatke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prikuplja</w:t>
      </w:r>
      <w:proofErr w:type="spellEnd"/>
      <w:r>
        <w:rPr>
          <w:i/>
        </w:rPr>
        <w:t>, obrađuje i pohranjuje isključivo u svrhu provođenja postupka odobravanja i isplate pomoći za ogrjev u 2026. godini, sukladno Općoj uredbi o zaštiti podataka.</w:t>
      </w:r>
    </w:p>
    <w:sectPr w:rsidR="008F3EE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9276149">
    <w:abstractNumId w:val="8"/>
  </w:num>
  <w:num w:numId="2" w16cid:durableId="568076400">
    <w:abstractNumId w:val="6"/>
  </w:num>
  <w:num w:numId="3" w16cid:durableId="1338769630">
    <w:abstractNumId w:val="5"/>
  </w:num>
  <w:num w:numId="4" w16cid:durableId="274137546">
    <w:abstractNumId w:val="4"/>
  </w:num>
  <w:num w:numId="5" w16cid:durableId="378474137">
    <w:abstractNumId w:val="7"/>
  </w:num>
  <w:num w:numId="6" w16cid:durableId="845436008">
    <w:abstractNumId w:val="3"/>
  </w:num>
  <w:num w:numId="7" w16cid:durableId="739016548">
    <w:abstractNumId w:val="2"/>
  </w:num>
  <w:num w:numId="8" w16cid:durableId="665285410">
    <w:abstractNumId w:val="1"/>
  </w:num>
  <w:num w:numId="9" w16cid:durableId="1105686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93"/>
    <w:rsid w:val="0015074B"/>
    <w:rsid w:val="001B623C"/>
    <w:rsid w:val="00281BDE"/>
    <w:rsid w:val="0029639D"/>
    <w:rsid w:val="00326F90"/>
    <w:rsid w:val="008F3EE9"/>
    <w:rsid w:val="009A59F0"/>
    <w:rsid w:val="009D6AE6"/>
    <w:rsid w:val="00A7414E"/>
    <w:rsid w:val="00A84E59"/>
    <w:rsid w:val="00A8797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6D5079-1B9A-46AE-AC2B-36ED41BA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Načelnik | Općina Civljane</cp:lastModifiedBy>
  <cp:revision>7</cp:revision>
  <dcterms:created xsi:type="dcterms:W3CDTF">2013-12-23T23:15:00Z</dcterms:created>
  <dcterms:modified xsi:type="dcterms:W3CDTF">2026-10-02T08:56:00Z</dcterms:modified>
  <cp:category/>
</cp:coreProperties>
</file>